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8F" w:rsidRDefault="0054521C">
      <w:pPr>
        <w:jc w:val="center"/>
      </w:pPr>
      <w:r>
        <w:rPr>
          <w:b/>
          <w:sz w:val="26"/>
        </w:rPr>
        <w:t>ȘCOALA GIMNAZIALĂ NR. 1 BRAȘOV</w:t>
      </w:r>
    </w:p>
    <w:p w:rsidR="00295A8F" w:rsidRDefault="0054521C">
      <w:pPr>
        <w:jc w:val="center"/>
      </w:pPr>
      <w:r>
        <w:t>Corp A – Str. Barbu Lăutaru nr. 10, Brașov</w:t>
      </w:r>
    </w:p>
    <w:p w:rsidR="00295A8F" w:rsidRDefault="0054521C" w:rsidP="0054521C">
      <w:pPr>
        <w:jc w:val="right"/>
      </w:pPr>
      <w:r>
        <w:t>Nr. înregistrare: __________ / ______________</w:t>
      </w:r>
    </w:p>
    <w:p w:rsidR="00295A8F" w:rsidRDefault="0054521C">
      <w:pPr>
        <w:jc w:val="center"/>
      </w:pPr>
      <w:r>
        <w:rPr>
          <w:b/>
          <w:sz w:val="28"/>
        </w:rPr>
        <w:t>CERERE DE CONTESTAȚIE</w:t>
      </w:r>
    </w:p>
    <w:p w:rsidR="0054521C" w:rsidRDefault="0054521C"/>
    <w:p w:rsidR="00026007" w:rsidRDefault="00026007"/>
    <w:p w:rsidR="00026007" w:rsidRDefault="00026007"/>
    <w:p w:rsidR="00295A8F" w:rsidRDefault="0054521C" w:rsidP="00026007">
      <w:proofErr w:type="spellStart"/>
      <w:r>
        <w:t>Către</w:t>
      </w:r>
      <w:proofErr w:type="spellEnd"/>
      <w:r>
        <w:t xml:space="preserve"> </w:t>
      </w:r>
      <w:proofErr w:type="spellStart"/>
      <w:r>
        <w:t>Comisia</w:t>
      </w:r>
      <w:proofErr w:type="spellEnd"/>
      <w:r>
        <w:t xml:space="preserve"> de </w:t>
      </w:r>
      <w:proofErr w:type="spellStart"/>
      <w:r>
        <w:t>soluționare</w:t>
      </w:r>
      <w:proofErr w:type="spellEnd"/>
      <w:r>
        <w:t xml:space="preserve"> a contestațiilor</w:t>
      </w:r>
      <w:proofErr w:type="gramStart"/>
      <w:r>
        <w:t>,</w:t>
      </w:r>
      <w:proofErr w:type="gramEnd"/>
      <w:r>
        <w:br/>
        <w:t>Școala Gimnazială Nr. 1 Brașov</w:t>
      </w:r>
      <w:bookmarkStart w:id="0" w:name="_GoBack"/>
      <w:bookmarkEnd w:id="0"/>
    </w:p>
    <w:p w:rsidR="00295A8F" w:rsidRDefault="0054521C" w:rsidP="00026007">
      <w:pPr>
        <w:jc w:val="both"/>
      </w:pPr>
      <w:r>
        <w:t>Subsemnatul/Subsemnata ______________________________________________________,</w:t>
      </w:r>
    </w:p>
    <w:p w:rsidR="00295A8F" w:rsidRDefault="0054521C" w:rsidP="00026007">
      <w:pPr>
        <w:jc w:val="both"/>
      </w:pPr>
      <w:r>
        <w:t>candidat(ă) la concursul organizat la nivelul Școlii Gimnaziale Nr. 1 Brașov, în data de 26.10.2026, pentru ocuparea postului didactic rezervat de Educație fizică și sport,</w:t>
      </w:r>
    </w:p>
    <w:p w:rsidR="00295A8F" w:rsidRDefault="0054521C" w:rsidP="00026007">
      <w:pPr>
        <w:jc w:val="both"/>
      </w:pPr>
      <w:r>
        <w:t>cod candidat (numărul de înregistrare al dosarului): ________________________________,</w:t>
      </w:r>
    </w:p>
    <w:p w:rsidR="00295A8F" w:rsidRDefault="0054521C" w:rsidP="00026007">
      <w:pPr>
        <w:jc w:val="both"/>
      </w:pPr>
      <w:r>
        <w:t>solicit reevaluarea lucrării scrise susținute la data de 26.10.2026 și verificarea punctajului acordat, conform baremului de evaluare și notare.</w:t>
      </w:r>
    </w:p>
    <w:p w:rsidR="00295A8F" w:rsidRDefault="0054521C" w:rsidP="00026007">
      <w:r>
        <w:t>Nota inițială afișată: ____________</w:t>
      </w:r>
    </w:p>
    <w:p w:rsidR="00295A8F" w:rsidRDefault="00295A8F" w:rsidP="00026007"/>
    <w:p w:rsidR="00026007" w:rsidRDefault="00026007" w:rsidP="00026007"/>
    <w:p w:rsidR="00295A8F" w:rsidRDefault="0054521C" w:rsidP="00026007">
      <w:r>
        <w:t>Date de contact pentru comunicări, dacă sunt necesare:</w:t>
      </w:r>
    </w:p>
    <w:p w:rsidR="00295A8F" w:rsidRDefault="0054521C" w:rsidP="00026007">
      <w:r>
        <w:t>Telefon: __________________________  E-mail: ____________________________________</w:t>
      </w:r>
    </w:p>
    <w:p w:rsidR="00295A8F" w:rsidRDefault="0054521C" w:rsidP="00026007">
      <w:r>
        <w:t>Data: ____________________                          Semnătura candidatului: ____________________</w:t>
      </w:r>
    </w:p>
    <w:p w:rsidR="0054521C" w:rsidRDefault="0054521C" w:rsidP="00026007">
      <w:pPr>
        <w:rPr>
          <w:b/>
        </w:rPr>
      </w:pPr>
    </w:p>
    <w:sectPr w:rsidR="0054521C" w:rsidSect="00034616"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6007"/>
    <w:rsid w:val="00034616"/>
    <w:rsid w:val="0006063C"/>
    <w:rsid w:val="0015074B"/>
    <w:rsid w:val="00295A8F"/>
    <w:rsid w:val="0029639D"/>
    <w:rsid w:val="00326F90"/>
    <w:rsid w:val="0054521C"/>
    <w:rsid w:val="009B7E1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0FFC8DBF-8D48-4DCB-B99D-1DCFE19B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FC0A79-8591-4C5D-93F4-E7C1406C7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Director</cp:lastModifiedBy>
  <cp:revision>3</cp:revision>
  <dcterms:created xsi:type="dcterms:W3CDTF">2026-10-26T15:57:00Z</dcterms:created>
  <dcterms:modified xsi:type="dcterms:W3CDTF">2026-10-26T15:58:00Z</dcterms:modified>
  <cp:category/>
</cp:coreProperties>
</file>